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6591E" w14:textId="77777777" w:rsidR="00C9446A" w:rsidRDefault="00C9446A" w:rsidP="00C9446A">
      <w:pPr>
        <w:pStyle w:val="Heading1"/>
        <w:spacing w:before="0"/>
        <w:jc w:val="center"/>
      </w:pPr>
    </w:p>
    <w:p w14:paraId="6E984A93" w14:textId="23F62AD8" w:rsidR="00C9446A" w:rsidRDefault="0033048E" w:rsidP="00C9446A">
      <w:pPr>
        <w:pStyle w:val="Heading1"/>
        <w:spacing w:before="0"/>
        <w:jc w:val="center"/>
      </w:pPr>
      <w:r>
        <w:t>Plagiarism Declaration and Consent</w:t>
      </w:r>
    </w:p>
    <w:p w14:paraId="50B909B6" w14:textId="6D18E1B8" w:rsidR="00A95ADD" w:rsidRDefault="0033048E" w:rsidP="00C9446A">
      <w:pPr>
        <w:pStyle w:val="Heading1"/>
        <w:spacing w:before="0"/>
        <w:jc w:val="center"/>
      </w:pPr>
      <w:r>
        <w:t>Form for Self-Assessment Report (SAR)</w:t>
      </w:r>
    </w:p>
    <w:p w14:paraId="02BBCFA3" w14:textId="77777777" w:rsidR="00C9446A" w:rsidRDefault="00C9446A" w:rsidP="00C9446A"/>
    <w:p w14:paraId="379E4B22" w14:textId="77777777" w:rsidR="00C9446A" w:rsidRPr="00C9446A" w:rsidRDefault="00C9446A" w:rsidP="00C9446A"/>
    <w:p w14:paraId="65B66926" w14:textId="77777777" w:rsidR="00A95ADD" w:rsidRDefault="0033048E">
      <w:r>
        <w:t>College/Department Name:</w:t>
      </w:r>
    </w:p>
    <w:p w14:paraId="1E97D698" w14:textId="77777777" w:rsidR="0033048E" w:rsidRDefault="0033048E"/>
    <w:p w14:paraId="21ECD570" w14:textId="5AEBAEA5" w:rsidR="00A95ADD" w:rsidRDefault="0033048E">
      <w:r>
        <w:t>Self-Assessment Committee Members:</w:t>
      </w:r>
    </w:p>
    <w:p w14:paraId="083B5E36" w14:textId="77777777" w:rsidR="0033048E" w:rsidRDefault="0033048E"/>
    <w:p w14:paraId="15C4DC1E" w14:textId="42105937" w:rsidR="00A95ADD" w:rsidRDefault="0033048E">
      <w:r>
        <w:t>Report Title:</w:t>
      </w:r>
    </w:p>
    <w:p w14:paraId="76DF5F13" w14:textId="77777777" w:rsidR="0033048E" w:rsidRDefault="0033048E"/>
    <w:p w14:paraId="3C3D27BE" w14:textId="6899FF2D" w:rsidR="00A95ADD" w:rsidRDefault="0033048E">
      <w:r>
        <w:t>Date of Submission:</w:t>
      </w:r>
    </w:p>
    <w:p w14:paraId="395A32F0" w14:textId="77777777" w:rsidR="0033048E" w:rsidRDefault="0033048E">
      <w:pPr>
        <w:pStyle w:val="Heading2"/>
      </w:pPr>
    </w:p>
    <w:p w14:paraId="112A6A62" w14:textId="58AE7F65" w:rsidR="00A95ADD" w:rsidRDefault="0033048E">
      <w:pPr>
        <w:pStyle w:val="Heading2"/>
      </w:pPr>
      <w:r>
        <w:t>Declaration of Originality:</w:t>
      </w:r>
    </w:p>
    <w:p w14:paraId="233FFA95" w14:textId="7CBD1E2E" w:rsidR="00A95ADD" w:rsidRDefault="0033048E" w:rsidP="00F1355F">
      <w:pPr>
        <w:jc w:val="both"/>
      </w:pPr>
      <w:r>
        <w:t xml:space="preserve">We, the undersigned members of the Self-Assessment Committee, hereby declare that the content of this Self-Assessment Report (SAR) is original, </w:t>
      </w:r>
      <w:r>
        <w:t xml:space="preserve">and all sources of information and data have been appropriately acknowledged. We confirm that the report is the result of collective work and reflects the </w:t>
      </w:r>
      <w:r w:rsidR="006E4475">
        <w:t>actual</w:t>
      </w:r>
      <w:r>
        <w:t xml:space="preserve"> </w:t>
      </w:r>
      <w:r>
        <w:t>and accurate evaluation of the department/program under review.</w:t>
      </w:r>
    </w:p>
    <w:p w14:paraId="687CFCD2" w14:textId="77777777" w:rsidR="00A95ADD" w:rsidRDefault="0033048E">
      <w:r>
        <w:t>We further declare that:</w:t>
      </w:r>
      <w:r>
        <w:br/>
        <w:t xml:space="preserve">1. The Self-Assessment Report is our own work, and no part of it has been copied, </w:t>
      </w:r>
      <w:r>
        <w:t>b</w:t>
      </w:r>
      <w:r>
        <w:t>orrowed, or improperly sourced without proper citation.</w:t>
      </w:r>
      <w:r>
        <w:br/>
        <w:t>2. All external sources of information, data, and research have been appropriately referenced.</w:t>
      </w:r>
      <w:r>
        <w:br/>
        <w:t>3. The report has not been submitted previously, in part or full, to any other entity within or outside the university.</w:t>
      </w:r>
      <w:r>
        <w:br/>
        <w:t>4. We fully understand that presenting work that is not original or plagiarized constitutes a breach of the university’s academic integrity policy and may lead to disciplinary action.</w:t>
      </w:r>
    </w:p>
    <w:p w14:paraId="2693D857" w14:textId="77777777" w:rsidR="0033048E" w:rsidRDefault="0033048E">
      <w:pPr>
        <w:pStyle w:val="Heading2"/>
      </w:pPr>
    </w:p>
    <w:p w14:paraId="5F51A94C" w14:textId="77777777" w:rsidR="0033048E" w:rsidRDefault="0033048E">
      <w:pPr>
        <w:pStyle w:val="Heading2"/>
      </w:pPr>
    </w:p>
    <w:p w14:paraId="1DFBE433" w14:textId="5AD8B6AD" w:rsidR="00A95ADD" w:rsidRDefault="0033048E">
      <w:pPr>
        <w:pStyle w:val="Heading2"/>
      </w:pPr>
      <w:r>
        <w:t>Consent to Submission for Plagiarism Detection:</w:t>
      </w:r>
    </w:p>
    <w:p w14:paraId="636E3F2F" w14:textId="4352D3CD" w:rsidR="00A95ADD" w:rsidRDefault="0033048E">
      <w:r>
        <w:t xml:space="preserve">We consent to </w:t>
      </w:r>
      <w:r w:rsidR="006E4475">
        <w:t>submitting this Self-Assessment Report (SAR) to the ministry’s plagiarism detection software, [Turnitin], to verify its originality and ensure</w:t>
      </w:r>
      <w:r>
        <w:t xml:space="preserve"> it is free from plagiarism. We understand that the </w:t>
      </w:r>
      <w:r w:rsidR="006E4475">
        <w:t>software analysis results</w:t>
      </w:r>
      <w:r>
        <w:t xml:space="preserve"> may be used to ensure compliance with the university’s academic standards.</w:t>
      </w:r>
    </w:p>
    <w:p w14:paraId="615EB89C" w14:textId="77777777" w:rsidR="006E4475" w:rsidRDefault="006E4475"/>
    <w:p w14:paraId="056BCB9B" w14:textId="77777777" w:rsidR="006E4475" w:rsidRDefault="006E4475"/>
    <w:p w14:paraId="16663E06" w14:textId="77777777" w:rsidR="006E4475" w:rsidRDefault="006E4475"/>
    <w:p w14:paraId="177AD2EE" w14:textId="6EF4E4EA" w:rsidR="00A95ADD" w:rsidRDefault="0033048E">
      <w:r>
        <w:t xml:space="preserve">Should any plagiarism or academic dishonesty be detected, we are aware that the </w:t>
      </w:r>
      <w:r w:rsidR="006E4475">
        <w:t>NCAMC</w:t>
      </w:r>
      <w:r>
        <w:t xml:space="preserve"> may take appropriate action in accordance with its policies and procedures.</w:t>
      </w:r>
    </w:p>
    <w:p w14:paraId="243EDF48" w14:textId="77777777" w:rsidR="006E4475" w:rsidRDefault="006E4475"/>
    <w:p w14:paraId="5DFABAAB" w14:textId="43FEE25D" w:rsidR="00A95ADD" w:rsidRDefault="0033048E">
      <w:r>
        <w:t>Committee Chairperson Name:</w:t>
      </w:r>
    </w:p>
    <w:p w14:paraId="76D81386" w14:textId="77777777" w:rsidR="00A95ADD" w:rsidRDefault="0033048E">
      <w:r>
        <w:t>_____________________________________</w:t>
      </w:r>
    </w:p>
    <w:p w14:paraId="5A7200FA" w14:textId="1B088A4D" w:rsidR="00A95ADD" w:rsidRDefault="0033048E">
      <w:r>
        <w:t>Committee Chairperson Signature:</w:t>
      </w:r>
    </w:p>
    <w:p w14:paraId="629C560D" w14:textId="77777777" w:rsidR="00A95ADD" w:rsidRDefault="0033048E">
      <w:r>
        <w:t>_____________________________________</w:t>
      </w:r>
    </w:p>
    <w:p w14:paraId="229E2BC2" w14:textId="77777777" w:rsidR="00A95ADD" w:rsidRDefault="0033048E">
      <w:r>
        <w:t>Date:</w:t>
      </w:r>
    </w:p>
    <w:p w14:paraId="29016EB2" w14:textId="77777777" w:rsidR="00A95ADD" w:rsidRDefault="0033048E">
      <w:r>
        <w:t>_____________________________________</w:t>
      </w:r>
    </w:p>
    <w:p w14:paraId="2E55B9EA" w14:textId="77777777" w:rsidR="006E4475" w:rsidRDefault="006E4475"/>
    <w:p w14:paraId="37006580" w14:textId="0A53078F" w:rsidR="00A95ADD" w:rsidRDefault="0033048E">
      <w:r>
        <w:t>Committee Member Names and Signatures:</w:t>
      </w:r>
    </w:p>
    <w:p w14:paraId="2542BA3D" w14:textId="77777777" w:rsidR="00A95ADD" w:rsidRDefault="0033048E">
      <w:r>
        <w:t>_____________________________________</w:t>
      </w:r>
    </w:p>
    <w:p w14:paraId="0BEF8EBB" w14:textId="77777777" w:rsidR="00A95ADD" w:rsidRDefault="0033048E">
      <w:r>
        <w:t>_____________________________________</w:t>
      </w:r>
    </w:p>
    <w:p w14:paraId="004343E0" w14:textId="77777777" w:rsidR="00A95ADD" w:rsidRDefault="0033048E">
      <w:r>
        <w:t>_____________________________________</w:t>
      </w:r>
    </w:p>
    <w:sectPr w:rsidR="00A95ADD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4CFCF" w14:textId="77777777" w:rsidR="0033048E" w:rsidRDefault="0033048E">
      <w:pPr>
        <w:spacing w:after="0" w:line="240" w:lineRule="auto"/>
      </w:pPr>
      <w:r>
        <w:separator/>
      </w:r>
    </w:p>
  </w:endnote>
  <w:endnote w:type="continuationSeparator" w:id="0">
    <w:p w14:paraId="4F5FAC6A" w14:textId="77777777" w:rsidR="0033048E" w:rsidRDefault="0033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A6C0A0" w14:textId="77777777" w:rsidR="0033048E" w:rsidRDefault="0033048E">
      <w:pPr>
        <w:spacing w:after="0" w:line="240" w:lineRule="auto"/>
      </w:pPr>
      <w:r>
        <w:separator/>
      </w:r>
    </w:p>
  </w:footnote>
  <w:footnote w:type="continuationSeparator" w:id="0">
    <w:p w14:paraId="5CBC8F76" w14:textId="77777777" w:rsidR="0033048E" w:rsidRDefault="00330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AC468" w14:textId="77777777" w:rsidR="00A95ADD" w:rsidRDefault="0033048E" w:rsidP="00B37687">
    <w:pPr>
      <w:pStyle w:val="Header"/>
      <w:jc w:val="center"/>
    </w:pPr>
    <w:r>
      <w:rPr>
        <w:noProof/>
      </w:rPr>
      <w:drawing>
        <wp:inline distT="0" distB="0" distL="0" distR="0" wp14:anchorId="1ED7461C" wp14:editId="43A95DEA">
          <wp:extent cx="1371600" cy="135138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CAMC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351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1529492">
    <w:abstractNumId w:val="8"/>
  </w:num>
  <w:num w:numId="2" w16cid:durableId="21371730">
    <w:abstractNumId w:val="6"/>
  </w:num>
  <w:num w:numId="3" w16cid:durableId="1411121969">
    <w:abstractNumId w:val="5"/>
  </w:num>
  <w:num w:numId="4" w16cid:durableId="127402076">
    <w:abstractNumId w:val="4"/>
  </w:num>
  <w:num w:numId="5" w16cid:durableId="1111587350">
    <w:abstractNumId w:val="7"/>
  </w:num>
  <w:num w:numId="6" w16cid:durableId="1265261269">
    <w:abstractNumId w:val="3"/>
  </w:num>
  <w:num w:numId="7" w16cid:durableId="1810055680">
    <w:abstractNumId w:val="2"/>
  </w:num>
  <w:num w:numId="8" w16cid:durableId="385841079">
    <w:abstractNumId w:val="1"/>
  </w:num>
  <w:num w:numId="9" w16cid:durableId="1614435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QwMTI2NzExsDA0NDJQ0lEKTi0uzszPAykwrAUAanB/MiwAAAA="/>
  </w:docVars>
  <w:rsids>
    <w:rsidRoot w:val="00B47730"/>
    <w:rsid w:val="00034616"/>
    <w:rsid w:val="0006063C"/>
    <w:rsid w:val="0015074B"/>
    <w:rsid w:val="0029639D"/>
    <w:rsid w:val="00326F90"/>
    <w:rsid w:val="0033048E"/>
    <w:rsid w:val="006E4475"/>
    <w:rsid w:val="00A95ADD"/>
    <w:rsid w:val="00AA1D8D"/>
    <w:rsid w:val="00B37687"/>
    <w:rsid w:val="00B47730"/>
    <w:rsid w:val="00C9446A"/>
    <w:rsid w:val="00CB0664"/>
    <w:rsid w:val="00F1355F"/>
    <w:rsid w:val="00FC693F"/>
    <w:rsid w:val="00FF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062061"/>
  <w14:defaultImageDpi w14:val="300"/>
  <w15:docId w15:val="{6FB4CBA9-170E-4C9A-B104-95F1E4A51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260</Words>
  <Characters>1735</Characters>
  <Application>Microsoft Office Word</Application>
  <DocSecurity>0</DocSecurity>
  <Lines>46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Nazar Haddad</cp:lastModifiedBy>
  <cp:revision>6</cp:revision>
  <dcterms:created xsi:type="dcterms:W3CDTF">2013-12-23T23:15:00Z</dcterms:created>
  <dcterms:modified xsi:type="dcterms:W3CDTF">2024-09-17T10:33:00Z</dcterms:modified>
  <cp:category/>
</cp:coreProperties>
</file>